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לאן פונים כשמשהו לא בסדר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למי אפשר ולמי כדאי לפנות כשמשהו מציק או מפחיד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שמותר לבקש עזרה יותר מפעם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כללי זהירות ברשת ואת החשיבות של לספר למבוגר כשפוגעים במישהו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למבוגר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במילים, בפתק או עם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מנסים 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זה לשמור ולעזור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תמונות ופרטים 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לשמור צילום מסך ולהראות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מותר לבקש עזרה כמה פעמים שצריך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עוזר ומגן, לא הלשנה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כמה דרכים לספר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מסוכן ואסור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תמיד כדאי לספר למבוגר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יכול לעזור ולהקל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צילום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המצב לפעולה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(לספר ליועצת או למחנכת)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(לשמור צילום מסך ולהראות למבוגר)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(מותר לנסות 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שולחים ולא עונים)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(אפשר לבקש מחבר לבוא איתי)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 המבוגרים שלי?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שם מבוגר מהבית, שם מבוגר מבית הספר, שם מבוגר מהחוג/שכונה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זה עוזר ומגן על מי שנפגע, ומבוגר יכול לעזור לפתור את הבעיה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מבוגר שסומכים עליו, כמו יועצת, מחנכת או הורה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שומרים צילום מסך ומראים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כי זה עוזר להגן על מי שנפגע ולא נועד להזיק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הדף בקול לפני התרגול ולעודד שיחה פתוחה על תחושות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שמותר ורצוי לבקש עזרה כמה פעמים שצריך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'מי המבוגרים שלי' לשמור על פרטיות - לא לשתף בכיתה אלא אם התלמיד רוצה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לאן פונים כשמשהו לא בסדר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כשמשהו רע קורה, לא שומרים את זה סוד. מספרים למבוגר שאפשר לסמוך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יוֹעֶצֶת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מבוגרת בבית הספר שאפשר לדבר איתה על בעיות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מְחַנֶּכֶת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האחראית על הכיתה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לְהַלְשִׁין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דברים כדי להזיק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לִשְׁמוֹר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כדי לעזור ולהגן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צילום מסך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ששומרים מהמסך כדי להראות למבוגר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פרטים אישיים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שם, כתובת, טלפון - דברים שלא שולחים לזרים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מבוגר אמון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 שאפשר לסמוך עליו ולדבר איתו בלי פחד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פונים כשרע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לאחים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דרכים יש לספר?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במילים, בפתק או עם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אם 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מוותרים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מנסים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עושים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מותר לספר שפוגעים בחבר?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הלשנה אסורה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לשמור ולעזור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לספר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מבוגרים יכולים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אסור לשלוח לזרים?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תמונות ופרטים אישיים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כשרואים פגיעה באינטרנט?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הכל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צילום מסך ולהראות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לענות בכעס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לבקש עזרה רק פעם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למבוגר שפוגעים במישהו אחר זה לשמור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פתק במקום לספר במילים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לשלוח תמונות אישיות לאנשים זרים ברשת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משהו מפחיד, עדיף לשמור את זה בסוד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לבקש מחבר או חברה לבוא איתנו כשמספרים למבוגר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כשמשהו מציק או מפחיד, פונים ל__________ שסומכים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אפשר לספר במילים, לכתוב __________ או לבקש מחבר לבוא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לספר שפוגעים במישהו אחר זה לא הלשנה, 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ברשת לא שולחים __________ אישיים לזרים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פוגעים במישהו ברשת, שומרים __________ מסך כדי להראות למבוגר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המצב לפעולה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מישהו מציק לי בבית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לבקש מחבר לבוא איתי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רואה שפוגעים בחבר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לספר ליועצת או למחנכת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קשה לי לספר בפעם הראשונה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שולחים ולא עונים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זר מבקש תמונה אישית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מותר לנסות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רוצה תמיכה כשמספרים למבוגר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לשמור צילום מסך ולהראות למבוגר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 המבוגרים שלי?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או ציירו: מי שלושת המבוגרים שאפשר לפנות אליהם - אחד בבית, אחד בבית הספר ואחד בחוג או בשכונה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במילים שלכם: למה חשוב לספר למבוגר גם כשקשה, ולמה זה לא 'להלשין' כשמספרים שפוגעים במישהו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כשמשהו מציק או מפחיד?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אם רואים פגיעה ברשת?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לספר שפוגעים במישהו אחר זה לשמור ולא להלשין?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לאן פונים כשמשהו לא בסדר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