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לאן פונים כשמשהו לא בסדר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למי אפשר ולמי כדאי לפנות כשמשהו מציק או מפחיד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שמותר לבקש עזרה יותר מפעם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כללי זהירות ברשת ואת החשיבות של לספר למבוגר כשפוגעים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במילים, בפתק או עם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זה לשמור ולעזור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לבקש עזרה כמה פעמים 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ומגן, 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דרכים לספר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לשמור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לפעולה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(לספר ליועצת או למחנכת)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(לשמור צילום מסך ולהראות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(מותר לנסות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שולחים ולא עונים)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 המבוגרים שלי?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שם מבוגר מהבית, שם מבוגר מבית הספר, שם מבוגר מהחוג/שכונה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מבוגר שסומכים עליו, כמו יועצת, מחנכת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שומרים צילום מסך ומראים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כי זה עוזר להגן על מי שנפגע ולא נועד להזיק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הדף בקול לפני התרגול ולעודד שיחה פתוחה על תחושות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שמותר ורצוי לבקש עזרה כמה פעמים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'מי המבוגרים שלי' לשמור על פרטיות - לא לשתף בכיתה אלא אם התלמיד רוצה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לאן פונים כשמשהו לא בסדר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כשמשהו לא בסדר, מפחיד או פוגע בנו, חשוב לדעת שאסור לשמור את זה לבד – יש מבוגרים שאפשר ואפשר לסמוך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מבוגר  ·  לשמור  ·  פתק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אפשר לפנות כשמשהו מציק או מפחיד?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אפשר לספר על 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במילים, בפתק או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נכון לגבי לספר שמישהו פוגע באחר?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הלשנה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 לשמור ולעזור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 לספר אף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לבקש עזרה רק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למבוגר שפוגעים במישהו אחר זה לשמור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פתק במקום לספר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כשמשהו מציק או מפחיד, פונים ל__________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לספר במילים, לכתוב __________ או לבקש מחבר לבוא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לספר שפוגעים במישהו אחר זה לא הלשנה, 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המצב לפעולה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מישהו מציק לי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מותר לנסות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רואה שפוגעים בחבר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לספר ליועצת או למחנכת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קשה לי לספר בפעם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שולחים ולא 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זר מבקש תמונה אישית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לשמור צילום מסך ולהראות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 המבוגרים שלי?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או ציירו: מי שלושת המבוגרים שאפשר לפנות אליהם - אחד בבית, אחד בבית הספר ואחד בחוג או בשכונה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אפשר לפנות כשמשהו מציק או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אם רואים פגיעה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לאן פונים כשמשהו לא בסדר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